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1261: 韩信点兵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23171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韩信有一队士兵，他想知道有多少人，他就让士兵报数，如果按照 1 到 5 报数，最末一个士兵报的数为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 1 到 6  报数，最末一个士兵报的数为 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 1 到 7 报数，最末一个士兵报的数为 4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最后再按 1 到11 报数，最末一个士兵报的数为 10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请问韩信这队士兵最少有多少人？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输出这队士兵最少有多少人？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