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1260: 三色球问题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一个口袋里有 12 个球，其中有三个红球，三个白球，六个黑球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从其中取 8 个球，问有多少种颜色搭配？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输出搭配种类个数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