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1258: 求一个三位数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求这样一个三位数，该三位数等于其每位数字的阶乘之和， 即 abc = a! + b! + c!。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(n! 表示 n 的阶乘, n!=1 × 2 × 3 × ⋯  × n，如：5!=1 × 2 × 3 × 4 × 5)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