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1257: 马虎的算式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小明是个急性子，上小学的时候经常把老师写在黑板上的题目抄错了。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有一次，老师出的题目是：36 × 495 =  ?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他却给抄成了：396 × 45 = ?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但结果却很戏剧性，他的答案竟然是对的！！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 36 × 495 = 396 × 45 = 17820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类似这样的巧合情况可能还有很多，比如：27 × 594 = 297 × 54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 a b c d e 代表 1 ∼ 9 不同的 5 个数字（注意是各不相同的数字，且不含 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能满足形如： ab × cde = adb × ce 这样的算式一共有多少种呢？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一个整数，表示这种算式的种类。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