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1256: 借书方案知多少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 小明有五本新书，要借给A，B，C三位小朋友，若每人每次只能借一本，则可以有多少种不同的借法？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输出一个整数，表示有多少种借法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