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1255: 分数之和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求这样的四个自然数 p,q,r,s(p ≤ q ≤ r ≤ s)，使得以下等式成立：1/p+1/q+1/r+1/s=1，请输出所有满足条件的不重复的解。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按照字典序从小到大，前 4 组满足条件的解为：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2 3 7 42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2 3 8 24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2 3 9 18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2 3 10 15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输入若干行，每行分别输出 p q r s，之间用一个空格符分开。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按照字典序升序的顺序输出结果。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