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1252: 邮票组合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某人有 m 张 3 分的邮票和 n 张 5 分的邮票，用这些邮票中的一张或若干张（也可以是 0 张）可以得到多少种不同的大于 0 的邮资？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请找出可能组合的邮资方案总数，并按照由小到大的顺序输出所有不重复的大于 0 的方案！（5.1.97）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如：1 张 3 分和 1 张 5 分可能的邮资组合如下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张 3 分 + 1 张 5 分 = 5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张 3 分 + 0 张 5 分 = 3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张 3 分 + 1 张 5 分 = 8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因此，可能的方案有 3 种，排序后的结果是：3 5 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两个整数，m 和 n ，分别代表了 3 分和 5 分的邮票的数量！（1 ≤ m,n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输出有两行，第一行输出这两种邮票能组合的不同的大于 0 的邮资方案，数与数之间用空格隔开。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第二行输出可能的方案总数。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3 5 6 8 10 11 13 16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