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1251: 四个人的年龄求解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张三、李四、王五、刘六他们四人的年龄是一个等差数列，且年龄相加是 26 ，相乘是 880，请问这四个人可能的年龄分别是多少？（假设一个人的年龄范围在 1 ∼ 130 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按照由小到大输出四个人的年龄的可能的值，数与数用空格隔开，每个可能的年龄方案一行，请输出所有可能的年龄方案！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