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1250: 马克思手稿的问题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马克思手稿中有一道趣味数学题：有 30 个人，其中可能有男人、女人和小孩，在一家饭馆里吃饭共花了 50 先令。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假设每个男人各花 3先令，每个女人各花 2 先令，每个小孩各花 1先令。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问男人、女人和小孩各有几人？（注意：不一定男人、女人、小孩都有）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 3 个数，按照男人、女人、小孩的顺序，由小到大依次输出所有可能的人数方案（男人、女人、小孩其中某些人的数量可以为 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