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1248: 求数列的第n项的值是多少？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1248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需要找规律的循环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请问如下数列 1，2，2，3，3，3，4，4，4，4 ⋯  请问这个数列的第 n 项是多少？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从键盘读入一个整数 n ，代表要求的项数。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 n 代表该项的值是多少？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10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