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1247: 打印n行的完整的蝴蝶结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请从键盘读入一个整数 n（n 是 1 ∼ 10 的范围内的奇数），打印出如下图所示的 n 行的完整的蝴蝶结！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比如，n=5，则打印图形如下：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n=7: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60443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7o572b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44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69815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5x0ei5_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981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，代表图形的行数！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行的图形！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  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  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