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1245: 求s=a+aa+aaa+aaaa+aa...a的值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1245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函数问题递归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2884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函数问题 递归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求 s=a+aa+aaa+aaaa+aa ⋯ a 的值，其中 a 从键盘读入。比如：读入 2 ，则 s=2+22=24 。再比如：读入 5 ， s=5+55+555+5555+55555=61725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a （ a 在 1 ∼ 9 的范围内）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整数 n 代表这个算式的结果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