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1244: 请问一个正整数能够整除几次2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1244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26671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请问一个正整数 n 能够整除几次 2？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 4 可以整除 2 次 2 ，100 可以整除 2 次 2 ， 9 可以整除 0 次 2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从键盘读入一个正整数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 n 能够整除 2 的次数。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