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1243: 请求出一个3位数打乱次序后能组成的最小的3位数是多少？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请问一个三位数打乱次序后能组成的位数不变的（任然是 3 位数）的三位数是多少？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 n=321 ，能组成的最小 3 位数是 123 ；如果n=230 ，能组成的最小 3 位数是 203！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输入一个三位的正整数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这个三位的正整数 n 打乱次序后能组成的最小的三位数。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