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1241: 角谷猜想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21410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日本一位中学生发现一个奇妙的定理，请角谷教授证明，而教授无能为力，于是产生了角谷猜想。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猜想的内容：任给一个自然数，若为偶数则除以 2 ，若为奇数则乘 3 加 1 ，得到一个新的自然数后按上面的法则继续演算。若干次后得到的结果必为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请编写代码验证该猜想：求经过多少次运算可得到自然数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如：输入 22 ，则计算过程为。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22/2=11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11*3+1=34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34/2=17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17*3+1=52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52/2=26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26/2=13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13*3+1=40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40/2=20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20/2=10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10/2=5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5*3+1=16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16/2=8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8/2=4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4/2=2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2/2=1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经过 15 次运算得到自然数 1 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 。（ 1 ≤ n ≤ 20000 )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一行，一个整数，表示得到 1 所用的运算次数。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