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1240: 念数字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1240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1970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编一个“念数字”的程序。当你输入一个 0 ∼ 99 之间的数后，计算机就会用汉语拼音输出这个数的“念”法。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比如：35，念出来应该是：san shi wu，16 念出来应该是shi liu，0 念出来应该是 ling。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 n。(0 ≤ n ≤ 99)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输出这个整数的念法。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