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1233: 求中位数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9890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中位数指的是一组数，如果按照大小排序排好后最中间的那个数的值，如果有偶数个元素，那么就是最中间两个数的平均数！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比如：2 5 8 1 6 ，排序后的结果为 1 2 5 6 8 ，那么这组数的中位数就是  5 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 8 9 1 2 3 0 ，排序后的结果为 0 1 2 3 8 9 ，那么这组数的中位数就是 (2+3)/2=2.5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第一行：一个整数 n 代表有 n 个数（ n ≤ 100）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 n 个数的值。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中位数（结果保留1位小数）。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