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1231: 考试成绩的分布情况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1231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12983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期末考试结束，小明的语文老师想知道，这次考试的成绩分布情况，主要计算如下几个数据：平均分、 ≥  平均分的总人数、  &lt;  平均分的总人数，请你写程序帮助小明的语文老师来计算一下！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代表有 n 个人的成绩（ n ≤ 100 ）；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n 个人的语文成绩。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3 个值，分别代表平均分、 ≥  平均分的总人数、 &lt;  平均分的总人数，请注意，平均分保留 1 位小数！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100 98 97 99 90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96.8 4 1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