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1229: 拦截导弹的系统数量求解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8180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某国为了防御敌国的导弹袭击，发展出一种导弹拦截系统。但是这种导弹拦截系统有一个缺陷：虽然它的第一发炮弹能够到达任意的高度，但是以后每一发炮弹都不能高于前一发的高度。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假设某天雷达捕捉到敌国的导弹来袭。由于该系统还在试用阶段，所以只有一套系统，因此有可能不能拦截所有的导弹。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个导弹依次飞来的高度（给出的高度数据是不大于 30000 的正整数），计算如果要拦截所有导弹最少要配备多少套这种导弹拦截系统。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 8 颗导弹，飞来的高度分别为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389 207 175 300 299 170 158 165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那么需要 2 个系统来拦截，他们能够拦截的导弹最优解分别是：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系统 1 ：拦截 389 207 175 170 158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系统 2 ：拦截 300 299 165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两行，第一行表示飞来导弹的数量 n（n≤1000）；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第二行表示 n 颗依次飞来的导弹高度；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要拦截所有导弹最小配备的系统数 k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389 207 175 300 299 170 158 165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