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1221: 优秀成绩的平均分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1221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9847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期中考试结束了，老师想知道这次语文考试前 5 名同学的平均分是多少，请你编程来帮老师计算一下！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第一行，一个整数 n ，代表本次考试的总人数（ 5 ≤ n ≤ 100 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个整数，代表 n 个人的语文成绩（这 n 个人的分数是无序的）。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语文成绩前 5 名同学的平均分（结果保留 1 位小数）。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98 98 100 96 99 90 91 87 80 100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99.0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