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1220: 买糕点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1220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12168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妈妈给了小明 n 元，给小明同学去面包店买糕点吃，小明非常喜欢吃切片面包和蛋挞，今天切片面包 x 元一件（一包），蛋挞 y 元一件（一盒）；小明想花光 n 元买这两样糕点，而且每样都至少买一件，请问，小明可以采购的方案中，能够买最多面包的方案是什么？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比如，100 元，面包 15 元/件，蛋挞 10 元/件，那么可行的购买方案有：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件面包 7 件蛋挞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件面包 4 件蛋挞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 件面包 1 件蛋挞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而上述方案中，面包最多的购买方案是： 6 件面包 1 件蛋挞，因此输出：6 1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三个变量：n x y，分别代表总金额，面包的单价和蛋挞的单价！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两个数，分别代表采购方案中能够买到最多面包的件数和蛋挞的件数！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100 15 10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6 1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