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1215: Fish学数学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花了一个多月的时间，Fish 终于学会了比较两个数的大小。他想检测下自己是否已经真的学会了，找来了 Bug 考考他。  Bug 马上写出了 n 个数，要 Fish 数出每个数后面比他小的数的总个数， Fish 马上开始数了起来。 Bug 自己也在旁边算，可他发现自己也还不太清楚，但又不想在 Fish 面前丢脸，所以来求助你，希望你能够在 Fish 面前算出标准答案。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第一行为数 n ( n ≤ 200 )；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行每行一个数 a_i （  a_i ≤ 1000000 )。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一个数，每个数后面比他小的总个数。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 3 个数 3 2 1 ，那么 3 后面比它小的数有 2 个， 2 后面比它小的数有 1 个，每个数后面比它小的数共有 3  个；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 3 个数 1 3 2  ，那么 1 后面比它小的数有 0 个， 3 后面比它小的数有 1 个，每个数后面比它小的数共有 1 个！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