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1213: 删除数组的最小数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在一个不重复的数组中，请将这个数组的最小数删除后输出。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 ( 5 ≤ n  ≤ 100 )；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个不重复的整数。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删除最小数后的数组。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1 7 6 8 2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7 6 8 2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