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1211: 数组元素的插入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15254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在一个数组的第 x 个位置插入一个新的数 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输入有四行。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(5 ≤ n ≤ 10）。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第三行有一个整数 x，为要插入的位置。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第四行有一个整数 y，为要插入的整数。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更新后的数组。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