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1209: 回形方阵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1209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二维数组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2973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二维数组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 n 打印回形方阵。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 n  （ 0 &lt; n &lt; 10）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一个方阵，每个数字的场宽为 2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8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8 8 8 8 8 8 8 8 8 8 8 8 8 8 8 8 8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8 7 7 7 7 7 7 7 7 7 7 7 7 7 7 7 8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8 7 6 6 6 6 6 6 6 6 6 6 6 6 6 7 8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8 7 6 5 5 5 5 5 5 5 5 5 5 5 6 7 8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8 7 6 5 4 4 4 4 4 4 4 4 4 5 6 7 8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8 7 6 5 4 3 3 3 3 3 3 3 4 5 6 7 8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8 7 6 5 4 3 2 2 2 2 2 3 4 5 6 7 8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8 7 6 5 4 3 2 1 1 1 2 3 4 5 6 7 8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8 7 6 5 4 3 2 1 0 1 2 3 4 5 6 7 8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8 7 6 5 4 3 2 1 1 1 2 3 4 5 6 7 8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8 7 6 5 4 3 2 2 2 2 2 3 4 5 6 7 8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8 7 6 5 4 3 3 3 3 3 3 3 4 5 6 7 8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8 7 6 5 4 4 4 4 4 4 4 4 4 5 6 7 8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8 7 6 5 5 5 5 5 5 5 5 5 5 5 6 7 8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8 7 6 6 6 6 6 6 6 6 6 6 6 6 6 7 8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8 7 7 7 7 7 7 7 7 7 7 7 7 7 7 7 8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8 8 8 8 8 8 8 8 8 8 8 8 8 8 8 8 8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