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1208: 螺旋方阵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1208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二维数组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4152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二维数组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输出如样例所示的 n × n 的螺旋方阵。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 n ( 0 &lt; n &lt; 10 )。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 n 行方阵，每行 n 个数，每个数场宽为 3。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5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1  2  3  4  5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16 17 18 19  6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15 24 25 20  7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14 23 22 21  8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13 12 11 10  9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