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1207: 有趣的数字图形IV</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1207</w:t>
            </w:r>
          </w:p>
        </w:tc>
      </w:tr>
      <w:tr>
        <w:tc>
          <w:tcPr>
            <w:tcW w:type="dxa" w:w="4320"/>
          </w:tcPr>
          <w:p>
            <w:r>
              <w:t>标签</w:t>
            </w:r>
          </w:p>
        </w:tc>
        <w:tc>
          <w:tcPr>
            <w:tcW w:type="dxa" w:w="4320"/>
          </w:tcPr>
          <w:p>
            <w:r>
              <w:t>二维数组</w:t>
            </w:r>
          </w:p>
        </w:tc>
      </w:tr>
      <w:tr>
        <w:tc>
          <w:tcPr>
            <w:tcW w:type="dxa" w:w="4320"/>
          </w:tcPr>
          <w:p>
            <w:r>
              <w:t>难度</w:t>
            </w:r>
          </w:p>
        </w:tc>
        <w:tc>
          <w:tcPr>
            <w:tcW w:type="dxa" w:w="4320"/>
          </w:tcPr>
          <w:p>
            <w:r>
              <w:t>入门</w:t>
            </w:r>
          </w:p>
        </w:tc>
      </w:tr>
      <w:tr>
        <w:tc>
          <w:tcPr>
            <w:tcW w:type="dxa" w:w="4320"/>
          </w:tcPr>
          <w:p>
            <w:r>
              <w:t>正确</w:t>
            </w:r>
          </w:p>
        </w:tc>
        <w:tc>
          <w:tcPr>
            <w:tcW w:type="dxa" w:w="4320"/>
          </w:tcPr>
          <w:p>
            <w:r>
              <w:t>2221</w:t>
            </w:r>
          </w:p>
        </w:tc>
      </w:tr>
      <w:tr>
        <w:tc>
          <w:tcPr>
            <w:tcW w:type="dxa" w:w="4320"/>
          </w:tcPr>
          <w:p>
            <w:r>
              <w:t>来源</w:t>
            </w:r>
          </w:p>
        </w:tc>
        <w:tc>
          <w:tcPr>
            <w:tcW w:type="dxa" w:w="4320"/>
          </w:tcPr>
          <w:p>
            <w:r>
              <w:t>二维数组</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输入一个整数 n （ n ≤ 12 ），打印出如下要求的方阵：</w:t>
      </w:r>
    </w:p>
    <w:p>
      <w:pPr>
        <w:spacing w:before="40" w:after="40"/>
        <w:ind w:left="720"/>
      </w:pPr>
      <w:r>
        <w:rPr>
          <w:rFonts w:ascii="Consolas" w:hAnsi="Consolas"/>
          <w:sz w:val="18"/>
        </w:rPr>
        <w:t>除掉右上到左下对角线上的数外的右下半个区域中每个元素等于左边的和上面的元素之和。每个元素场宽为 5 。左上半个区域为空。</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一个整数 n （ n ≤ 12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n × n 的方阵（场宽为 5 ）。</w:t>
      </w:r>
    </w:p>
    <w:p>
      <w:pPr>
        <w:spacing w:before="40" w:after="40"/>
        <w:ind w:left="864"/>
      </w:pPr>
      <w:r>
        <w:rPr>
          <w:rFonts w:ascii="Consolas" w:hAnsi="Consolas"/>
          <w:sz w:val="18"/>
        </w:rPr>
        <w:t xml:space="preserve"> </w:t>
      </w:r>
    </w:p>
    <w:p>
      <w:pPr>
        <w:pStyle w:val="Heading1"/>
      </w:pPr>
      <w:r>
        <w:t>样例输入</w:t>
      </w:r>
    </w:p>
    <w:p>
      <w:pPr>
        <w:spacing w:before="120" w:after="120"/>
      </w:pPr>
      <w:r>
        <w:t>4</w:t>
      </w:r>
    </w:p>
    <w:p>
      <w:pPr>
        <w:pStyle w:val="Heading1"/>
      </w:pPr>
      <w:r>
        <w:t>样例输出</w:t>
      </w:r>
    </w:p>
    <w:p>
      <w:pPr>
        <w:spacing w:before="40" w:after="40"/>
        <w:ind w:left="720"/>
      </w:pPr>
      <w:r>
        <w:rPr>
          <w:rFonts w:ascii="Consolas" w:hAnsi="Consolas"/>
          <w:sz w:val="18"/>
        </w:rPr>
        <w:t>4</w:t>
      </w:r>
    </w:p>
    <w:p>
      <w:pPr>
        <w:spacing w:before="40" w:after="40"/>
        <w:ind w:left="2736"/>
      </w:pPr>
      <w:r>
        <w:rPr>
          <w:rFonts w:ascii="Consolas" w:hAnsi="Consolas"/>
          <w:sz w:val="18"/>
        </w:rPr>
        <w:t xml:space="preserve">              3    7</w:t>
      </w:r>
    </w:p>
    <w:p>
      <w:pPr>
        <w:spacing w:before="40" w:after="40"/>
        <w:ind w:left="2016"/>
      </w:pPr>
      <w:r>
        <w:rPr>
          <w:rFonts w:ascii="Consolas" w:hAnsi="Consolas"/>
          <w:sz w:val="18"/>
        </w:rPr>
        <w:t xml:space="preserve">         2    5   12</w:t>
      </w:r>
    </w:p>
    <w:p>
      <w:pPr>
        <w:spacing w:before="40" w:after="40"/>
        <w:ind w:left="1296"/>
      </w:pPr>
      <w:r>
        <w:rPr>
          <w:rFonts w:ascii="Consolas" w:hAnsi="Consolas"/>
          <w:sz w:val="18"/>
        </w:rPr>
        <w:t xml:space="preserve">    1    3    8   20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