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1206: 有趣的数字图形III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1206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2648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读入一个整数 n （n &lt; 100 ）,输出一个 n × n 的方阵。 对角线是 1 ，对角线向右下逐渐递增，左上为空格，每个数场宽为 5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n × n 的方阵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2736"/>
      </w:pPr>
      <w:r>
        <w:rPr>
          <w:rFonts w:ascii="Consolas" w:hAnsi="Consolas"/>
          <w:sz w:val="18"/>
        </w:rPr>
        <w:t xml:space="preserve">              1    2</w:t>
      </w:r>
    </w:p>
    <w:p>
      <w:pPr>
        <w:spacing w:before="40" w:after="40"/>
        <w:ind w:left="2016"/>
      </w:pPr>
      <w:r>
        <w:rPr>
          <w:rFonts w:ascii="Consolas" w:hAnsi="Consolas"/>
          <w:sz w:val="18"/>
        </w:rPr>
        <w:t xml:space="preserve">         1    2    3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1    2    3    4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