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1205: 有趣的数字图形II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（ n ≤ 12），打印出如下要求的方阵：左上到右下对角线上的数与行数相同，右上半个区域中每个元素等于左边的和下面的元素之和。每个元素场宽为 5 。左下半个区域为空。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（ n ≤ 12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 × n 的方阵（场宽为 5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1    3    8   20</w:t>
      </w:r>
    </w:p>
    <w:p>
      <w:pPr>
        <w:spacing w:before="40" w:after="40"/>
        <w:ind w:left="2016"/>
      </w:pPr>
      <w:r>
        <w:rPr>
          <w:rFonts w:ascii="Consolas" w:hAnsi="Consolas"/>
          <w:sz w:val="18"/>
        </w:rPr>
        <w:t xml:space="preserve">         2    5   12</w:t>
      </w:r>
    </w:p>
    <w:p>
      <w:pPr>
        <w:spacing w:before="40" w:after="40"/>
        <w:ind w:left="2736"/>
      </w:pPr>
      <w:r>
        <w:rPr>
          <w:rFonts w:ascii="Consolas" w:hAnsi="Consolas"/>
          <w:sz w:val="18"/>
        </w:rPr>
        <w:t xml:space="preserve">              3    7</w:t>
      </w:r>
    </w:p>
    <w:p>
      <w:pPr>
        <w:spacing w:before="40" w:after="40"/>
        <w:ind w:left="3456"/>
      </w:pPr>
      <w:r>
        <w:rPr>
          <w:rFonts w:ascii="Consolas" w:hAnsi="Consolas"/>
          <w:sz w:val="18"/>
        </w:rPr>
        <w:t xml:space="preserve">                  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