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1200: 拐角V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1  1  1  1  1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2  2  2  2  1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3  3  3  2  1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4  4  3  2  1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5  4  3  2  1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