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1199: 拐角IV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3  3  3  4  5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4  4  4  4  5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5  5  5  5  5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