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1194: 斜角III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一个方阵，每个字母的场宽为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 B  C  D  E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B  C  D  E  A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C  D  E  A  B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D  E  A  B  C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E  A  B  C  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