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1193: 斜角II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6740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1  2  3  4  5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2  3  4  5  4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3  4  5  4  3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4  5  4  3  2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5  4  3  2  1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