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1182: 大小写转换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把一个字符串里所有的大写字母换成小写字母，小写字母换成大写字母。其他字符保持不变。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输入为一行字符串，其中不含空格。长度不超过 80 个字符。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输出转换好的字符串。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ABCDefgh123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abcdEFGH123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