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1179: 求N个整数的平均数、众数和中位数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1179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5334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 N 个整数的平均数，众数和中位数。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小知识：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1. 众数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如有 9 个数：17,13,17,9,17,17,3,16,17，其中 17 出现的次数最多，即为这组数的众数。 （本题确保测试数据中，出现次数最多的数只有一个）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2. 中位数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如有 9 个数：102,170,96,90,97,106,110,182,100。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将这 9 个数按一定的顺序（从大到小或从小到大）排列后得到：182,170,110,106,102,100,97,96,90。正中间的一个数是 102 ， 102 是这组数的中位数。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而这 10 个数：106,99,104,120,107,112,33,102,97,100。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按一定顺序排列后得到：120,112,107,106,104,102,100,99,97,33。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正中间有两个数：104,102 ，中位数就是这两个数的平均数，即 (104+102)/2=103.0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第一行为整数 N （ 5  ≤  N  ≤ 10000  )；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第二行为空格隔开的 N 个数 Ai （ 0  ≤  Ai  ≤  100 )。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输出空格隔开的平均数 众数 中位数（平均数保留两位小数，中位数保留一位小数）。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5 2 2 3 4 6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3.67 2 3.5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