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1178: COUNT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一本书的页数为 N ，页码从 1 开始编起，请你求出全部页码中，用了多少个 0，1，2 ⋯ 9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 （ N ≤ 10000 ），表示总的页码。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共十行：第 k 行为数字 k-1 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