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1177: 统计字母出现次数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1177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4415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输入一串小写字母（以 . 为结束标志），统计出每个字母在该字符串中出现的次数(若某字母不出现，则不要输出，题目保证每个字母出现的次数 &lt; 10)。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输入只有一行，包括若干个字符。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输出只有两行，第一行为出现的小写字母，第二行为字母的出现次数。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