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1173: 求子序列的个数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给定一串整数数列，求出所有的递增和递减子序列的数目。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如数列 7，2，6，9，8，3，5，2，1 可分为 （7，2），（2，6，9），（9，8，3）， （3，5），（5，2，1） 5 个子序列，答案就是 5 ， 我们称 2，9，3，5 为转折元素。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( 2 ≤ N ≤ 10 )；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第二行，N 个整数，任意两个相邻的数都不相等。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