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1172: 寻找第K大数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个小朋友在一起做游戏。 每个小朋友在自己的硬纸板上写一个数，然后同时举起来。 接着，小 y 老师提一个问题，看哪个小朋友先抢答出来。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问题是，在这 N 个数中，第 K 大的是哪个数？请你编程完成。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输入文件的第一行为 2 个整数，依次为 N 和 K ( K ≤ N ≤ 1000 )；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行，每行为一个整数，表示从第 1 个小朋友到第 N 个朋友分别写的数（假设这些小朋友只知道 -32768 ∼ 32767 之间的数）。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输出文件只有一行，就一个数，为第 K 大的那个数。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注意：本题第 2 大的数是 2 ，第 3 大的数也是 2 ，第 4 大的数是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