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1171: 数字交换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1171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有一组数（设有 N 个），编一程序交换这组数中任意指定的两段。(两段不重合，且这两段的数字个数一样)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行，输入一个整数 N（不超过 20 个）；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2 行，输入一行 N 个数，由空格分开；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3 行，输入两个空格分开的数（表示要交换的其中一段）；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4 行，输入两个空格分开的数（表示要交换的其中另一段）。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交换后的一行数（中间用空格隔开）。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3 6 11 45 23 70 67 34 26 89 90 15 56 50 20 10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13 15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3 6 56 50 20 70 67 34 26 89 90 15 11 45 23 10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