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1169: 编程输入10个正整数，然后自动按从大到小的顺序输出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12089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编程输入 10 个正整数，然后自动按从大到小的顺序输出。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10 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输出只有一行,包括 10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1 2 3 4 5 7 6 8 9 10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10 9 8 7 6 5 4 3 2 1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