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1167: 字典排序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N（N ≤ 10）个不超过 4 位的整数，并要求按字典顺序（字典顺序的方法：先比较第一个数字，小者在先，若相同再比较第 2 位数字，以此类推），由小到大排序输出。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∼ N+1 行为 N 个不超过 4 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一行，按字典顺序由小到大排序输出这 N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13 130 27 39 4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