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1165: 下载电影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放暑假了，陈谱想上网下载一些电影看，但是缓慢的网速令他无法忍受。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他了解到了接下来的 N 个小时中的网速情况，想找一段连续的 M 个小时来下载电影，并且希望这 M 个小时的平均网速尽可能的大，你能编一个程序帮助他实现愿望吗？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输入第一行包含两个整数 N、M，1≤M≤N≤100；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个整数，表示第 N 个小时的网速（0≤网速值≤1000），相邻两数之间用空格隔开。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输出最大的平均网速，结果保留两位小数。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3 6 1 5 6 4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