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1164: 字符统计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输入一串小写字母(以.为结束标志)，统计出每个字母在该字符串中出现的次数(若某字母不出现，则不要输出)。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要求：每行输出 5 项，每项以空格隔开。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输入一行以 . 结束的字符串（字符串长度≤105）。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输出相应小写字母的个数。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aaaabbbccc.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a:4 b:3 c:3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