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1163: 相加之和最大，并给出它们的起始位置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1163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5201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有一组数，其排列形式如下： 11，19，9，12，5，20，1，18，4，16，6，10，15，2，17，3，14，7，13，8， 且尾部 8 和头部 11 首尾相连，构成环形的一组数；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编程找出相邻的 4 个数，其相加之和最大，并给出它们的起始位置。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第一行有一个整数 n ( 5 ≤ n ≤ 20 )；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 n 个数（对于第 i 个整数的值 a_i 满足 1≤a_i≤1000）。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第一行有一个数，即最大的和；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第二行有一个数，即起始数的位置。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注意：数据保证最大值唯一的区间唯一。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11 19 9 12 5 20 1 18 4 16 6 10 15 2 17 3 14 7 13 8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