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1162: 数组元素的删除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15467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把一个数组的第 x 个位置的元素删除掉。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输出有三行：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第一行有一个整数 n ( n ≤ 10 )；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个整数（每个整数在1~1000之间）；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第三行有一个整数 x（1≤x≤n），为要删除的位置。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输出更新后的数组。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