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1160: 打折优惠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商场周末大优惠，规定凡购物超过 100 元时，超过 100 元那部分便可打 9 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小雄同妈妈一起购买了一大批物品，你能帮他算出最终的应付款吗？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，表示所买物品的个数。 （N ≤  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个空格隔开的整数，表示 N 件物品要付的元数。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最终的应付款。（保留两位小数）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60 80 50 30 20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