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1159: 数组元素的移动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数组元素的移动，把数组的第 x 个位置的元素先保存起来，然后把 x+1 到 n 的元素，依次往前移一位，最后原来的第 x 个位置的元素放在最后。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3 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 n ≤ 10 )；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第三行有一个整数 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2 3 4 5 6 7 8 1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