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1155: 找找谁的身高超过全家的平均身高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1155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22145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找找谁的身高超过全家的平均身高。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全家 n 口人，输入输出数据如下： (平均身高保留一位小数)。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第一行有一个整数 n ( 1 &lt; n &lt; 11 )；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第二行是 n 个整数，用空格隔开。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第一行为全家的平均身高（保留一位小数）；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第二行有若干个数，为超过平均身高的人的身高厘米数。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175 160 172 158 178 162 142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AVE=163.9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1:175 3:172 5:178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