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1152: 求n个数的最大值和最小值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20995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任意输入 n 个整数，把它们的最大值，最小值求出来。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输入只有一行，包括一个整数 n (1 ≤ n ≤ 20),后面跟着 n 个数， 每个数的范围在0 ∼ 32767之间。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输出只有一行,包括 2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5 1 99 3 6 0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99 0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